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40"/>
      </w:pPr>
      <w:r>
        <w:t>项目咨询与材料评估表</w:t>
      </w:r>
    </w:p>
    <w:p>
      <w:pPr>
        <w:keepNext/>
        <w:spacing w:after="100"/>
      </w:pPr>
      <w:r>
        <w:rPr>
          <w:rFonts w:ascii="Arial" w:hAnsi="Arial"/>
          <w:color w:val="2D2D2D"/>
          <w:sz w:val="21"/>
        </w:rPr>
        <w:t>Project Inquiry and Materials Assessment Form</w:t>
      </w:r>
    </w:p>
    <w:p>
      <w:pPr>
        <w:keepNext/>
        <w:spacing w:after="40"/>
      </w:pPr>
      <w:r>
        <w:t>请先介绍您的大致想法。标注必填的三项请填写，其余项目均为选填，尚未确定可留空或写“待讨论”。本表用于初步沟通，不构成服务订单。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Please start with a brief description of your idea. Only the three items marked required must be completed; all other items are optional. Leave undecided items blank or write “To discuss.” This form supports an initial conversation and is not a service order. You may respond in Chinese or English.</w:t>
      </w:r>
    </w:p>
    <w:p>
      <w:pPr>
        <w:pStyle w:val="Heading1"/>
        <w:keepNext/>
        <w:spacing w:after="40"/>
      </w:pPr>
      <w:r>
        <w:t>联系信息</w:t>
      </w:r>
    </w:p>
    <w:p>
      <w:pPr>
        <w:keepNext/>
        <w:spacing w:after="100"/>
      </w:pPr>
      <w:r>
        <w:rPr>
          <w:rFonts w:ascii="Arial" w:hAnsi="Arial"/>
          <w:color w:val="2D2D2D"/>
          <w:sz w:val="21"/>
        </w:rPr>
        <w:t>Contact Information</w:t>
      </w:r>
    </w:p>
    <w:p>
      <w:pPr>
        <w:keepNext/>
        <w:spacing w:after="40"/>
      </w:pPr>
      <w:r>
        <w:t>姓名或称呼（必填）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Name or preferred name (required)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keepNext/>
        <w:spacing w:after="40"/>
      </w:pPr>
      <w:r>
        <w:t>联系邮箱（必填）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Email (required)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keepNext/>
        <w:spacing w:after="40"/>
      </w:pPr>
      <w:r>
        <w:t>所在国家或地区及所在时区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Country or region and time zone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keepNext/>
        <w:spacing w:after="40"/>
      </w:pPr>
      <w:r>
        <w:t>方便联系的时段或其他沟通偏好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Preferred contact times or communication preferences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pStyle w:val="Heading1"/>
        <w:keepNext/>
        <w:spacing w:after="40"/>
      </w:pPr>
      <w:r>
        <w:t>作品与写作需求</w:t>
      </w:r>
    </w:p>
    <w:p>
      <w:pPr>
        <w:keepNext/>
        <w:spacing w:after="100"/>
      </w:pPr>
      <w:r>
        <w:rPr>
          <w:rFonts w:ascii="Arial" w:hAnsi="Arial"/>
          <w:color w:val="2D2D2D"/>
          <w:sz w:val="21"/>
        </w:rPr>
        <w:t>Your Work and Writing Needs</w:t>
      </w:r>
    </w:p>
    <w:p>
      <w:pPr>
        <w:keepNext/>
        <w:spacing w:after="40"/>
      </w:pPr>
      <w:r>
        <w:t>项目概要（必填）：希望写什么，最希望我们帮助解决什么问题？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Project summary (required): What would you like to write, and where would you most like our help?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r>
        <w:br w:type="page"/>
      </w:r>
    </w:p>
    <w:p>
      <w:pPr>
        <w:keepNext/>
        <w:spacing w:after="40"/>
      </w:pPr>
      <w:r>
        <w:t>希望获得的帮助（可多选）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Help you are seeking (select any)</w:t>
      </w:r>
    </w:p>
    <w:p>
      <w:pPr>
        <w:keepNext/>
        <w:spacing w:after="40"/>
      </w:pPr>
      <w:r>
        <w:t>□ 口述或零散资料写作   □ 协作创作或续写   □ 文集与家族资料整理</w:t>
        <w:br/>
        <w:t>□ 编辑校对   □ 排版封面与图书制作   □ 出版协助   □ 希望先讨论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□ Writing from interviews or source materials</w:t>
        <w:br/>
        <w:t>□ Collaborative writing or completing a draft</w:t>
        <w:br/>
        <w:t>□ Organizing collected works or family archives</w:t>
        <w:br/>
        <w:t>□ Editing and proofreading   □ Layout cover design and book production</w:t>
        <w:br/>
        <w:t>□ Publishing support   □ Let’s discuss</w:t>
      </w:r>
    </w:p>
    <w:p>
      <w:pPr>
        <w:keepNext/>
        <w:spacing w:after="40"/>
      </w:pPr>
      <w:r>
        <w:t>作品类型（可多选）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Type of work (select any)</w:t>
      </w:r>
    </w:p>
    <w:p>
      <w:pPr>
        <w:keepNext/>
        <w:spacing w:after="40"/>
      </w:pPr>
      <w:r>
        <w:t>□ 传记或回忆录   □ 专著或专题作品   □ 诗文或小说集</w:t>
        <w:br/>
        <w:t>□ 家族记录   □ 摄影或艺术画册   □ 其他：________________________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□ Biography or memoir   □ Nonfiction or a focused topic</w:t>
        <w:br/>
        <w:t>□ Poetry essays or collected fiction   □ Family history</w:t>
        <w:br/>
        <w:t>□ Photography or art book   □ Other: ____________________</w:t>
      </w:r>
    </w:p>
    <w:p>
      <w:pPr>
        <w:keepNext/>
        <w:spacing w:after="40"/>
      </w:pPr>
      <w:r>
        <w:t>预计篇幅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Estimated length</w:t>
      </w:r>
    </w:p>
    <w:p>
      <w:pPr>
        <w:keepNext/>
        <w:spacing w:after="40"/>
      </w:pPr>
      <w:r>
        <w:t>□ 10 万字以内   □ 10 至 20 万字   □ 20 万字以上   □ 图片为主   □ 待讨论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□ Up to 100,000 Chinese characters   □ 100,000–200,000 Chinese characters</w:t>
        <w:br/>
        <w:t>□ Over 200,000 Chinese characters   □ Primarily images   □ To discuss</w:t>
        <w:br/>
        <w:t>For an English manuscript, estimated word count: ____________________</w:t>
      </w:r>
    </w:p>
    <w:p>
      <w:pPr>
        <w:keepNext/>
        <w:spacing w:after="40"/>
      </w:pPr>
      <w:r>
        <w:t>目前进展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Current stage</w:t>
      </w:r>
    </w:p>
    <w:p>
      <w:pPr>
        <w:keepNext/>
        <w:spacing w:after="40"/>
      </w:pPr>
      <w:r>
        <w:t>□ 初步想法   □ 零散资料或录音   □ 已有部分稿件   □ 已有完整初稿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□ An initial idea   □ Scattered materials or recordings</w:t>
        <w:br/>
        <w:t>□ A partial manuscript   □ A complete first draft</w:t>
      </w:r>
    </w:p>
    <w:p>
      <w:pPr>
        <w:keepNext/>
        <w:spacing w:after="40"/>
      </w:pPr>
      <w:r>
        <w:t>现有材料（可多选）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Available materials (select any)</w:t>
      </w:r>
    </w:p>
    <w:p>
      <w:pPr>
        <w:keepNext/>
        <w:spacing w:after="40"/>
      </w:pPr>
      <w:r>
        <w:t>□ 口述或录音   □ 笔记或手稿   □ 部分或完整稿件</w:t>
        <w:br/>
        <w:t>□ 照片或书信   □ 族谱或其他档案   □ 尚待整理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□ Conversations or recordings   □ Notes or handwritten drafts</w:t>
        <w:br/>
        <w:t>□ Partial or complete manuscript   □ Photographs or letters</w:t>
        <w:br/>
        <w:t>□ Genealogies or other archives   □ Not yet organized</w:t>
      </w:r>
    </w:p>
    <w:p>
      <w:r>
        <w:br w:type="page"/>
      </w:r>
    </w:p>
    <w:p>
      <w:pPr>
        <w:pStyle w:val="Heading1"/>
        <w:keepNext/>
        <w:spacing w:after="40"/>
      </w:pPr>
      <w:r>
        <w:t>读者 用途与成书安排</w:t>
      </w:r>
    </w:p>
    <w:p>
      <w:pPr>
        <w:keepNext/>
        <w:spacing w:after="100"/>
      </w:pPr>
      <w:r>
        <w:rPr>
          <w:rFonts w:ascii="Arial" w:hAnsi="Arial"/>
          <w:color w:val="2D2D2D"/>
          <w:sz w:val="21"/>
        </w:rPr>
        <w:t>Readers Purpose and Book Format</w:t>
      </w:r>
    </w:p>
    <w:p>
      <w:pPr>
        <w:keepNext/>
        <w:spacing w:after="40"/>
      </w:pPr>
      <w:r>
        <w:t>主要读者或希望传达的内容：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Intended readers or the ideas you want to convey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keepNext/>
        <w:spacing w:after="40"/>
      </w:pPr>
      <w:r>
        <w:t>成书用途（可多选）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Intended use (select any)</w:t>
      </w:r>
    </w:p>
    <w:p>
      <w:pPr>
        <w:keepNext/>
        <w:spacing w:after="40"/>
      </w:pPr>
      <w:r>
        <w:t>□ 自己留存   □ 家庭或亲友赠阅   □ 社群分享   □ 希望公开出版   □ 待讨论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□ Personal keepsake   □ Gifts for family or friends</w:t>
        <w:br/>
        <w:t>□ Community sharing   □ Public publication   □ To discuss</w:t>
      </w:r>
    </w:p>
    <w:p>
      <w:pPr>
        <w:keepNext/>
        <w:spacing w:after="40"/>
      </w:pPr>
      <w:r>
        <w:t>语言需求：□ 中文   □ 英文   □ 中英双语   □ 待讨论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Language needs: □ Chinese   □ English   □ Chinese and English   □ To discuss</w:t>
      </w:r>
    </w:p>
    <w:p>
      <w:pPr>
        <w:keepNext/>
        <w:spacing w:after="40"/>
      </w:pPr>
      <w:r>
        <w:t>成书形式：□ 纸质书   □ 电子书   □ 两者都考虑   □ 待讨论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Book format: □ Print book   □ Ebook   □ Both   □ To discuss</w:t>
      </w:r>
    </w:p>
    <w:p>
      <w:pPr>
        <w:pStyle w:val="Heading1"/>
        <w:keepNext/>
        <w:spacing w:after="40"/>
      </w:pPr>
      <w:r>
        <w:t>时间 预算与设计偏好</w:t>
      </w:r>
    </w:p>
    <w:p>
      <w:pPr>
        <w:keepNext/>
        <w:spacing w:after="100"/>
      </w:pPr>
      <w:r>
        <w:rPr>
          <w:rFonts w:ascii="Arial" w:hAnsi="Arial"/>
          <w:color w:val="2D2D2D"/>
          <w:sz w:val="21"/>
        </w:rPr>
        <w:t>Timing Budget and Design Preferences</w:t>
      </w:r>
    </w:p>
    <w:p>
      <w:pPr>
        <w:keepNext/>
        <w:spacing w:after="40"/>
      </w:pPr>
      <w:r>
        <w:t>期望完成时间或重要纪念日（请注明能否调整）：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Target completion date or important occasion (please indicate flexibility)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keepNext/>
        <w:spacing w:after="40"/>
      </w:pPr>
      <w:r>
        <w:t>预算范围与币种（可填写待讨论）：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Budget range and currency (you may write “To discuss”)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r>
        <w:br w:type="page"/>
      </w:r>
    </w:p>
    <w:p>
      <w:pPr>
        <w:keepNext/>
        <w:spacing w:after="40"/>
      </w:pPr>
      <w:r>
        <w:t>封面 内页或印制偏好（如开本、精装或平装、彩色或黑白、预计印量）：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Cover interior or printing preferences such as trim size binding color and print quantity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keepNext/>
        <w:spacing w:after="40"/>
      </w:pPr>
      <w:r>
        <w:t>其他问题或特别关注的事项：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Other questions or concerns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spacing w:after="160" w:line="360" w:lineRule="exact"/>
      </w:pPr>
      <w:r>
        <w:t>____________________________________________________________________</w:t>
      </w:r>
    </w:p>
    <w:p>
      <w:pPr>
        <w:pStyle w:val="Heading1"/>
        <w:keepNext/>
        <w:spacing w:after="40"/>
      </w:pPr>
      <w:r>
        <w:t>提交方式</w:t>
      </w:r>
    </w:p>
    <w:p>
      <w:pPr>
        <w:keepNext/>
        <w:spacing w:after="100"/>
      </w:pPr>
      <w:r>
        <w:rPr>
          <w:rFonts w:ascii="Arial" w:hAnsi="Arial"/>
          <w:color w:val="2D2D2D"/>
          <w:sz w:val="21"/>
        </w:rPr>
        <w:t>How to Submit</w:t>
      </w:r>
    </w:p>
    <w:p>
      <w:pPr>
        <w:keepNext/>
        <w:spacing w:after="40"/>
      </w:pPr>
      <w:r>
        <w:t>初次咨询提供概要即可，暂勿提交身份证件、完整书稿、未经授权的第三方资料或涉及他人隐私的内容。需要进一步查看资料时，我们将先与您确认提供方式及使用范围。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For the first inquiry, a summary is enough. Please do not send identity documents, a complete manuscript, unauthorized third-party materials, or private information about others. If we need to review more material, we will first agree on how it will be provided and used.</w:t>
      </w:r>
    </w:p>
    <w:p>
      <w:pPr>
        <w:keepNext/>
        <w:spacing w:after="40"/>
      </w:pPr>
      <w:r>
        <w:t>□ 我愿意由坤达工作室通过上述邮箱就本次咨询与我联系。</w:t>
        <w:br/>
        <w:t>发送前请勾选；此项不包含订阅营销邮件。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□ I agree that QUEENDA STUDIO may contact me at the email above about this inquiry.</w:t>
        <w:br/>
        <w:t>Please check before sending. This does not subscribe you to marketing emails.</w:t>
      </w:r>
    </w:p>
    <w:p>
      <w:pPr>
        <w:keepNext/>
        <w:spacing w:after="40"/>
      </w:pPr>
      <w:r>
        <w:t>填写后请发送至：Info@QueendaStudio.com</w:t>
      </w:r>
    </w:p>
    <w:p>
      <w:pPr>
        <w:spacing w:after="160"/>
      </w:pPr>
      <w:r>
        <w:rPr>
          <w:rFonts w:ascii="Arial" w:hAnsi="Arial"/>
          <w:color w:val="2D2D2D"/>
          <w:sz w:val="19"/>
        </w:rPr>
        <w:t>Send your completed form to: Info@QueendaStudio.com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Info@QueendaStudio.com       中文 English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QUEENDA STUDIO  坤达工作室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0" w:lineRule="exact"/>
      <w:snapToGrid w:val="0"/>
    </w:pPr>
    <w:rPr>
      <w:rFonts w:ascii="Noto Sans CJK SC" w:hAnsi="Noto Sans CJK SC" w:eastAsia="Noto Sans CJK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400" w:lineRule="exact"/>
      <w:outlineLvl w:val="0"/>
      <w:snapToGrid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340" w:lineRule="exact"/>
      <w:outlineLvl w:val="1"/>
      <w:snapToGrid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540" w:lineRule="exact"/>
      <w:contextualSpacing/>
      <w:snapToGrid w:val="0"/>
    </w:pPr>
    <w:rPr>
      <w:rFonts w:asciiTheme="majorHAnsi" w:eastAsiaTheme="majorEastAsia" w:hAnsiTheme="majorHAnsi" w:cstheme="majorBidi" w:ascii="Noto Sans CJK SC" w:hAnsi="Noto Sans CJK SC" w:eastAsia="Noto Sans CJK SC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80" w:lineRule="exact"/>
      <w:snapToGrid w:val="0"/>
    </w:pPr>
    <w:rPr>
      <w:rFonts w:asciiTheme="majorHAnsi" w:eastAsiaTheme="majorEastAsia" w:hAnsiTheme="majorHAnsi" w:cstheme="majorBidi" w:ascii="Noto Sans CJK SC" w:hAnsi="Noto Sans CJK SC" w:eastAsia="Noto Sans CJK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Queenda International LLC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